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לשון לעולים – רמה ג׳ 🎯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לשון לעולים – רמה ג׳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שם המספר, מילות קישור ומילות יחס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זמני פועל והתאמה דקדוקית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שכתוב משפטים בדרכים שונות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שם המספר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שלוש בנות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חמש עשרה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מילות קישור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(סיבה)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(תוצאה)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(ניגוד)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(ויתור)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מילות יחס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מערכת הפועל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עבר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אקנה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התאמה דקדוקית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צריך התאמה במין - ילדה חכמה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התאמה נכונה במין ובמספר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שכתוב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דנה אמרה שהיא מגיעה למחרת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המבחנים נבדקו על ידי המורה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למילה כמו 'אבל' או 'אולם'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תקין עם מילת יחס מתאימה לפועל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צורה סבילה נכונה בזמן המתאים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הדף לפי תחנות - כל קבוצה מתרגלת נושא אחר ואז מחליפה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לתת לתלמידים לשתף תשובות בזוגות לפני בדיקה משותפת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להתמקד בחלקים הראשונים בלבד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לשון לעולים – רמה ג׳ 🎯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לשון לעולים – רמה ג׳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נתרגל יחד כמה נושאים מרכזיים בלשון: שם המספר, מילות קישור, מילות יחס, הפועל, התאמה דקדוקית ושכתוב משפטים.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על  ·  ב  ·  ל  ·  את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שם המספר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איזה צירוף נכון במין נקבה?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שלוש בנות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שלושה בנות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שלוש בנים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איך כותבים את המספר 15 בנקבה?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חמש עשרה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חמישה עשר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חמש עשר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מילות קישור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כי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ניגוד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לכן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ויתור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אבל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תוצאה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למרות 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סיבה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מילות יחס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היא חושבת __________ החברים שלה כל הזמן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הוא הולך __________ בית הספר בבוקר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אנחנו גרים __________ ירושלים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4. הילד קרא __________ הספר בעניין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מערכת הפועל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באיזה זמן המילה 'כתבתי'?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עבר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הווה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עתיד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מהי צורת העתיד של הפועל 'קנה' בגוף ראשון יחיד?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אקנה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קניתי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קונה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התאמה דקדוקית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הצירוף 'ילדה חכם' הוא תקין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הצירוף 'ספרים מעניינים' הוא תקין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שכתוב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מחדש בדיבור עקיף: דנה אמרה: 'אני מגיעה מחר'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כתבו את המשפט בסביל: המורה בדקה את המבחנים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למילת קישור שמביעה ניגוד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משפט אחד עם מילת יחס נכונה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לשון לעולים – רמה ג׳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