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לשון לעולים – רמה ג׳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שם המספר, מילות קישור ומילות יחס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זמני פועל והתאמה דקדוקית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שכתוב משפטים בדרכים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שם המספר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שלוש בנות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חמש 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שלושת הימים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(ויתור)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(הוספה)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(תכלית)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מילות יחס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עם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מערכת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המכתב נכתב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התפעל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אקנה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התאמה דקדוקית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צריך התאמה במין - ילדה חכמה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התאמה נכונה במין ובמספר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בית הוא זכר, צריך בית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התאמה נכונה ברבים זכר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שכתוב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דנה אמרה שהיא מגיעה למחרת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המבחנים נבדקו על ידי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הספר המעניין נקרא / קראתי את הספר המעניין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למילה כמו 'אבל' או 'אולם'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מילת יחס מתאימה לפועל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צורה סבילה נכונה בזמן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לפי תחנות - כל קבוצה מתרגלת נושא אחר ואז מחליפה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לתלמידים לשתף תשובות בזוגות לפני בדיקה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בחלקים הראשונים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לשון לעולים – רמה ג׳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כמה נושאים בעברית: מספרים, מילות קישור, מילות יחס, פעלים, התאמה בין מילים, ושכתוב משפטים.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המספר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שמביעה כמות, כמו שלוש, עשרים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משפטים, כמו כי, אבל, לכן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יחס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קצרה לפני שם עצם, כמו על, אל, עם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תבנית של הפועל בעברית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התאמה דקדוקית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התאמה במין ובמספר בין שם עצם לשם תואר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דיבור ישיר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ציטוט מדויק של מה שמישהו אמר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דיבור עקיף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של מה שמישהו אמר, בלי ציטוט מדויק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פועל שמתאר פעולה שנעשתה למישהו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שם המספר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מספר מתאים למילה בנות?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 בנות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 בנות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שלושה 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המספר 15 כשמדברים על נקבה?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חמש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חמישה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למקום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צירוף הוא סמיכות?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שלושת הימים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 הימים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תכלית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למרות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וגם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ויתור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כדי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הוספה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מילות יחס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היא חושבת __________ החברים שלה כל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הוא הולך __________ בית הספר בבוקר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אנחנו גרים __________ 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הילד קרא __________ הספר בעניין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אני מגיע __________ העבודה בשש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היא יצאה __________ החברות שלה לטיול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מערכת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קרתה הפעולה 'כתבתי'?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אומרים את זה בלי לומר מי עשה את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המכתב נכתב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המכתב 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המכתב יכתוב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המכתב 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הבניין של התלבש?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אומרים 'קנה' בעתיד, אני?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קניתי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קנינו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התאמה דקדוקית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הצירוף 'ילדה חכם' הוא תקין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הצירוף 'ספרים מעניינים' הוא תקין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הצירוף 'בית גדולה' הוא תקין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הצירוף 'שולחנות חדשים' הוא תקין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שכתוב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מחדש בדיבור עקיף: דנה אמרה: 'אני מגיעה מחר'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את המשפט בסביל: המורה בדקה את המבחנים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הפכו את הצירוף למשפט שלם: קריאת הספר המעניין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קישור שמביעה ניגוד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מילת יחס נכונה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הפכו משפט אחד לסביל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לשון לעולים – רמה ג׳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