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לעולים – רמה ג׳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שם המספר, מילות קישור ומילות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זמני פועל והתאמה דקדוקית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שכתוב משפטים בדרכים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שם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שלוש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חמש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שלושת הימים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(הוספה)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מילות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מערכת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המכתב נכתב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אקנה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 דקדוקית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התאמה במין - ילדה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התאמה נכונה במין ובמספר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בית הוא זכר, צריך בית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התאמה נכונה ברבים זכר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שכתוב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דנה אמרה שהיא מגיעה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המבחנים נבדקו על ידי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הספר המעניין נקרא / קראתי את הספר המעניין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למילה כמו 'אבל' או 'אולם'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מילת יחס מתאימה לפועל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צורה סבילה נכונה בזמן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תחנות - כל קבוצה מתרגלת נושא אחר ואז מחליפה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לשתף תשובות בזוגות לפני בדיקה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הראשונים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לעולים – רמה ג׳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יחד כמה נושאים מרכזיים בלשון: שם המספר, מילות קישור, מילות יחס, הפועל, התאמה דקדוקית ושכתוב משפטים.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שם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צירוף נכון במין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 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 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שלושה 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כותבים את המספר 15 בנקבה?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שם המספר הסודר המתאים ל-'1'?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צירוף יש סמיכות של 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שלושת הימים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הימים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למרות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כדי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ויתור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היא חושבת __________ החברים שלה כל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הולך __________ בית הספר בבוקר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אנחנו גרים __________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 קרא __________ הספר בעניין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מגיע __________ העבודה בשש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היא יצאה __________ החברות שלה לטיול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מערכת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זמן המילה 'כתבתי'?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הצורה הסבילה של 'כתב את המכתב'?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המכתב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המכתב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המכתב יכתוב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המכתב 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בניין נמצא הפועל 'התלבש'?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צורת העתיד של הפועל 'קנה' בגוף ראשון יחיד?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 דקדוקית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'ילדה חכם' הוא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'ספרים מעניינים' הוא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'בית גדולה' הוא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'שולחנות חדשים' הוא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שכתוב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מחדש בדיבור עקיף: דנה אמרה: 'אני מגיעה מחר'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את המשפט בסביל: המורה בדקה את המבחנים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הפכו את הצירוף למשפט שלם: קריאת הספר המעניין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שמביעה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מילת יחס נכונה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הפכו משפט אחד לסביל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לשון לעולים – רמה ג׳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